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טענות מבוססות, לא מבוססות וחסרות מקור בתשובת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נכון את שלבי עבודת החקר החלופית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מפתח כמו תהליך, פרומפט, גרסה והגנה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 יסוד בהערכה חלופית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להעריך את התהליך לצד התוצר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שיחה שבה התלמיד מסביר ומגן על עבודתו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טענות, מקורות והנחות בתשובת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להשוות גרסה ראשונה לגרסה אחרונה ולהסביר שינויים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איך ניסוח הפרומפט משפיע על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אמת, הטעיה או חסר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לבדוק את המקור לפני קבלת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שני מקורות מחזקים את האמינות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הכללה בלי ציון מקור ממשי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נבדק מול מקור רשמי ואמין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חסרה בה נקודת מבט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את המשפט לקטגוריה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(אפשר לקבל אחרי 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(טענה לא מבוססת)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(חסר מקור / נקודת מבט)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(אפשר לקבל אחרי 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(חסר מקור / נקודת מבט)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עבודת החקר החלופית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ועמדה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מקורות והערכת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ניתוח עם AI ותיעוד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טיוטה ומשוב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שכתוב והסבר השינויים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תוצר סופי והגנה בעל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פרומפט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'כל המחקרים מוכיחים ש...' - צריך לחפש מחקר ספציפי עם שם ומקור ולבדוק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בדיקת שלבי העבודה לבדיקת התוצר הסופי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טענה כמו הכללה או ציטוט לא מאומת כטעונת 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שההגנה מאפשרת למורה להעריך הבנה אמיתית ולא רק תוצר מועתק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בזוגות לפני שעוברים למשחק המקוון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במליאה בתשובות חלק נכון/לא נכון כדי לחדד את ההבדל בין מקור בדוק לטענה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התייחסות אישית לעבודה אמיתית שהתלמיד הגיש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את המיומנויות שמופיעות במשחקים ובפעילויות הכיתה: בדיקת אמינות תשובות AI, סידור שלבי עבודת החקר, והיכרות עם מושגים מרכזיים בהערכה חלופית.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מושגי יסוד בהערכה חלופית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הערכה חלופית בעידן ה-AI?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להעריך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להעריך את התהליך לצד התוצר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שימוש בבינה מלאכותית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מבחנים בשיחות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'הגנה בעל 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מצגת שהתלמיד מעתיק מהאינטרנט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שיחה שבה התלמיד מסביר ומגן על עבודתו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בכתב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זיכרון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בפעילות 'חדר המעבדה של התשובה'?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מהירות הקלדה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טענות, מקורות והנחות בתשובת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כמות המילים בתשובה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עיצוב גרפי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מטרת 'גלריית גרסאות'?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רק את הגרסה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להשוות גרסה ראשונה לגרסה אחרונה ולהסביר שינויים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הגרסה היפה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גרסאות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בודקים בפעילות 'דיבייט פרומפטים'?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מקליד הכי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ניסוח הפרומפט משפיע על התוצאה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כותב את הפרומפט הארוך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פרומפטים אפשר לכתוב בדקה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אמת, הטעיה או חסר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נתון בלי ציון מקור אפשר לקבל מיד בלי בדיקה נוספת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הגדרה מילונית שנבדקה בשני מקורות אפשר לקבל אחרי בדיקה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'כל המחקרים מוכיחים ש...' נחשב טענה מבוססת היטב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תאריך היסטורי שנבדק באתר רשמי שייך לקטגוריית 'אפשר לקבל אחרי בדיקה'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סקירה שמציגה רק צד אחד נחשבת מקור מאוזן ומלא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את המשפט לקטגוריה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הגדרה מילונית שבדקתי בשני 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חסר מקור / נקודת מבט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 המחקרים מוכיחים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 לקבל אחרי 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ציטוט עם שם ספר ושנה שלא מצאתי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חסר מקור / נקודת מבט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תאריך היסטורי שבדקתי באתר רשמי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טענה לא מבוססת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סקירה שמציגה רק צד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אפשר לקבל אחרי בדיקה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עבודת החקר החלופית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טיוטה ומשוב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תוצר סופי והגנה בעל 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שכתוב והסבר השינויים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מקורות והערכת אמינות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ניתוח עם AI ותיעוד ביקורת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ועמדה ראשונית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לבדוק אם תשובת AI אמינה יש לבדוק את ה__________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ה__________ התלמיד מסביר את עבודתו בעל פה מול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כתיבת הנחיה ל-AI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אחת לטענה לא מבוססת מתוך המשחק, וכתבו איך הייתם בודקים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הערכה על תוצר להערכה על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לטענה של AI שצריך לבדוק לפני שמקבלים אותה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ה'הגנה בעל פה' בעבודת החקר?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