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טענות מבוססות, לא מבוססות וחסרות מקור בתשובת 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נכון את שלבי עבודת החקר החלופית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מפתח כמו תהליך, פרומפט, גרסה והגנה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מושגי יסוד בהערכה חלופית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להעריך את התהליך לצד התוצר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טענות, מקורות והנחות בתשובת AI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אמת, הטעיה או חסר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לבדוק את המקור לפני קבלת הטענה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שני מקורות מחזקים את האמינות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את המשפט לקטגוריה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(אפשר לקבל אחרי בדיקה)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(חסר מקור / נקודת מבט)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(אפשר לקבל אחרי בדיקה)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עבודת החקר החלופית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ועמדה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מקורות והערכת אמינות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טיוטה ומשוב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תוצר סופי והגנה בעל 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פרומפט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'כל המחקרים מוכיחים ש...' - צריך לחפש מחקר ספציפי עם שם ומקור ולבדוק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מבחין בין בדיקת שלבי העבודה לבדיקת התוצר הסופי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טענה כמו הכללה או ציטוט לא מאומת כטעונת 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שההגנה מאפשרת למורה להעריך הבנה אמיתית ולא רק תוצר מועתק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ההתאמה בזוגות לפני שעוברים למשחק המקוון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במליאה בתשובות חלק נכון/לא נכון כדי לחדד את ההבדל בין מקור בדוק לטענה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התייחסות אישית לעבודה אמיתית שהתלמיד הגיש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את המיומנויות שמופיעות במשחקים ובפעילויות הכיתה: בדיקת אמינות תשובות AI, סידור שלבי עבודת החקר, והיכרות עם מושגים מרכזיים בהערכה חלופית.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מקורות  ·  פרומפט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מושגי יסוד בהערכה חלופית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המרכזית של הערכה חלופית בעידן ה-AI?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להעריך רק את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להעריך את התהליך לצד התוצר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לבטל שימוש בבינה מלאכותית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בודקים בפעילות 'חדר המעבדה של התשובה'?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מהירות הקלדה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טענות, מקורות והנחות בתשובת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כמות המילים בתשובה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אמת, הטעיה או חסר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נתון בלי ציון מקור אפשר לקבל מיד בלי בדיקה נוספת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הגדרה מילונית שנבדקה בשני מקורות אפשר לקבל אחרי בדיקה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את המשפט לקטגוריה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הגדרה מילונית שבדקתי בשני מקורות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אפשר לקבל אחרי בדיקה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ציטוט עם שם ספר ושנה שלא מצאתי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אפשר לקבל אחרי בדיקה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תאריך היסטורי שבדקתי באתר רשמי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חסר מקור / נקודת מבט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סדרו את שלבי עבודת החקר החלופית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תוצר סופי והגנה בעל 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שאלה ועמדה ראשונית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מקורות והערכת אמינות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טיוטה ומשוב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לבדוק אם תשובת AI אמינה יש לבדוק את ה__________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כתיבת הנחיה ל-AI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דוגמה אחת לטענה לא מבוססת מתוך המשחק, וכתבו איך הייתם בודקים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הערכה על תוצר להערכה על 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לטענה של AI שצריך לבדוק לפני שמקבלים אותה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